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9DE2B" w14:textId="77777777" w:rsidR="00262B77" w:rsidRDefault="00000000">
      <w:pPr>
        <w:jc w:val="center"/>
      </w:pPr>
      <w:r>
        <w:rPr>
          <w:b/>
          <w:color w:val="17365D"/>
          <w:sz w:val="36"/>
        </w:rPr>
        <w:t>ST MARY'S CATHOLIC PRIMARY SCHOOL, CHIPPING</w:t>
      </w:r>
      <w:r>
        <w:rPr>
          <w:b/>
          <w:color w:val="17365D"/>
          <w:sz w:val="36"/>
        </w:rPr>
        <w:br/>
      </w:r>
      <w:r>
        <w:rPr>
          <w:b/>
          <w:sz w:val="32"/>
        </w:rPr>
        <w:t>School Uniform Policy</w:t>
      </w:r>
      <w:r>
        <w:rPr>
          <w:b/>
          <w:sz w:val="32"/>
        </w:rPr>
        <w:br/>
      </w:r>
      <w:r>
        <w:t>Rooted in Love • Faith in Action • Learning to Thrive</w:t>
      </w:r>
    </w:p>
    <w:tbl>
      <w:tblPr>
        <w:tblW w:w="0" w:type="auto"/>
        <w:tblLook w:val="04A0" w:firstRow="1" w:lastRow="0" w:firstColumn="1" w:lastColumn="0" w:noHBand="0" w:noVBand="1"/>
      </w:tblPr>
      <w:tblGrid>
        <w:gridCol w:w="4320"/>
        <w:gridCol w:w="4320"/>
      </w:tblGrid>
      <w:tr w:rsidR="00262B77" w14:paraId="11127756" w14:textId="77777777">
        <w:tc>
          <w:tcPr>
            <w:tcW w:w="4320" w:type="dxa"/>
          </w:tcPr>
          <w:p w14:paraId="27ACCD46" w14:textId="77777777" w:rsidR="00262B77" w:rsidRDefault="00000000">
            <w:r>
              <w:t>Policy Owner</w:t>
            </w:r>
          </w:p>
        </w:tc>
        <w:tc>
          <w:tcPr>
            <w:tcW w:w="4320" w:type="dxa"/>
          </w:tcPr>
          <w:p w14:paraId="2B4BAC01" w14:textId="0AD6BD0C" w:rsidR="00262B77" w:rsidRDefault="0027233C">
            <w:proofErr w:type="spellStart"/>
            <w:r>
              <w:t>Mrs</w:t>
            </w:r>
            <w:proofErr w:type="spellEnd"/>
            <w:r>
              <w:t xml:space="preserve"> K Jones </w:t>
            </w:r>
            <w:r w:rsidR="00000000">
              <w:t>Headteacher</w:t>
            </w:r>
          </w:p>
        </w:tc>
      </w:tr>
      <w:tr w:rsidR="00262B77" w14:paraId="150DEB70" w14:textId="77777777">
        <w:tc>
          <w:tcPr>
            <w:tcW w:w="4320" w:type="dxa"/>
          </w:tcPr>
          <w:p w14:paraId="0C78D0F9" w14:textId="77777777" w:rsidR="00262B77" w:rsidRDefault="00000000">
            <w:r>
              <w:t>Approved By</w:t>
            </w:r>
          </w:p>
        </w:tc>
        <w:tc>
          <w:tcPr>
            <w:tcW w:w="4320" w:type="dxa"/>
          </w:tcPr>
          <w:p w14:paraId="11F592D0" w14:textId="77777777" w:rsidR="00262B77" w:rsidRDefault="00000000">
            <w:r>
              <w:t>Governing Body</w:t>
            </w:r>
          </w:p>
        </w:tc>
      </w:tr>
      <w:tr w:rsidR="00262B77" w14:paraId="124A9F49" w14:textId="77777777">
        <w:tc>
          <w:tcPr>
            <w:tcW w:w="4320" w:type="dxa"/>
          </w:tcPr>
          <w:p w14:paraId="520DF22A" w14:textId="77777777" w:rsidR="00262B77" w:rsidRDefault="00000000">
            <w:r>
              <w:t>Approval Date</w:t>
            </w:r>
          </w:p>
        </w:tc>
        <w:tc>
          <w:tcPr>
            <w:tcW w:w="4320" w:type="dxa"/>
          </w:tcPr>
          <w:p w14:paraId="7C102439" w14:textId="77777777" w:rsidR="00262B77" w:rsidRDefault="00000000">
            <w:r>
              <w:t>September 2026</w:t>
            </w:r>
          </w:p>
        </w:tc>
      </w:tr>
      <w:tr w:rsidR="00262B77" w14:paraId="7450EF29" w14:textId="77777777">
        <w:tc>
          <w:tcPr>
            <w:tcW w:w="4320" w:type="dxa"/>
          </w:tcPr>
          <w:p w14:paraId="53CD81AB" w14:textId="77777777" w:rsidR="00262B77" w:rsidRDefault="00000000">
            <w:r>
              <w:t>Review Date</w:t>
            </w:r>
          </w:p>
        </w:tc>
        <w:tc>
          <w:tcPr>
            <w:tcW w:w="4320" w:type="dxa"/>
          </w:tcPr>
          <w:p w14:paraId="0DF46846" w14:textId="77777777" w:rsidR="00262B77" w:rsidRDefault="00000000">
            <w:r>
              <w:t>July 2027</w:t>
            </w:r>
          </w:p>
        </w:tc>
      </w:tr>
      <w:tr w:rsidR="00262B77" w14:paraId="38AE9DC6" w14:textId="77777777">
        <w:tc>
          <w:tcPr>
            <w:tcW w:w="4320" w:type="dxa"/>
          </w:tcPr>
          <w:p w14:paraId="5FF3FEC4" w14:textId="77777777" w:rsidR="00262B77" w:rsidRDefault="00000000">
            <w:r>
              <w:t>Applies To</w:t>
            </w:r>
          </w:p>
        </w:tc>
        <w:tc>
          <w:tcPr>
            <w:tcW w:w="4320" w:type="dxa"/>
          </w:tcPr>
          <w:p w14:paraId="2E817D3F" w14:textId="77777777" w:rsidR="00262B77" w:rsidRDefault="00000000">
            <w:r>
              <w:t>All pupils, parents/carers, staff and governors</w:t>
            </w:r>
          </w:p>
        </w:tc>
      </w:tr>
    </w:tbl>
    <w:p w14:paraId="1DE77E23" w14:textId="77777777" w:rsidR="00262B77" w:rsidRDefault="00000000">
      <w:r>
        <w:rPr>
          <w:b/>
          <w:color w:val="17365D"/>
        </w:rPr>
        <w:t>1. Policy Statement</w:t>
      </w:r>
    </w:p>
    <w:p w14:paraId="54DEC9F3" w14:textId="77777777" w:rsidR="00262B77" w:rsidRDefault="00000000">
      <w:r>
        <w:t>At St Mary's Catholic Primary School, we believe our school uniform promotes pride, belonging and a strong sense of identity. We are committed to ensuring that our uniform is affordable and accessible whilst maintaining the distinctive character of the school.</w:t>
      </w:r>
    </w:p>
    <w:p w14:paraId="01F642D4" w14:textId="77777777" w:rsidR="00262B77" w:rsidRDefault="00000000">
      <w:r>
        <w:rPr>
          <w:b/>
          <w:color w:val="17365D"/>
        </w:rPr>
        <w:t>2. Affordability and Branded Items</w:t>
      </w:r>
    </w:p>
    <w:p w14:paraId="5F6E606F" w14:textId="77777777" w:rsidR="00262B77" w:rsidRDefault="00000000">
      <w:r>
        <w:t>In line with Department for Education guidance on school uniform costs, St Mary's seeks to keep compulsory branded items to a minimum whilst maintaining school identity. Required branded items are the school tie, school sweatshirt/cardigan and logo PE T-shirt. The blue and yellow tartan skirt is available from designated suppliers, however grey trousers may be worn as an alternative and can be purchased from any retailer. The school supports families through pre-loved uniform wherever possible.</w:t>
      </w:r>
    </w:p>
    <w:p w14:paraId="28765C9E" w14:textId="77777777" w:rsidR="00262B77" w:rsidRDefault="00000000">
      <w:r>
        <w:rPr>
          <w:b/>
          <w:color w:val="17365D"/>
        </w:rPr>
        <w:t>3. Winter Uniform</w:t>
      </w:r>
    </w:p>
    <w:p w14:paraId="665259B0" w14:textId="77777777" w:rsidR="0018560E" w:rsidRDefault="00000000">
      <w:r>
        <w:t xml:space="preserve">Girls: </w:t>
      </w:r>
    </w:p>
    <w:p w14:paraId="1F5CF947" w14:textId="77777777" w:rsidR="0018560E" w:rsidRDefault="00000000" w:rsidP="0018560E">
      <w:pPr>
        <w:pStyle w:val="ListParagraph"/>
        <w:numPr>
          <w:ilvl w:val="0"/>
          <w:numId w:val="10"/>
        </w:numPr>
      </w:pPr>
      <w:r>
        <w:t>Blue and yellow tartan skirt or grey trousers</w:t>
      </w:r>
    </w:p>
    <w:p w14:paraId="33E0C594" w14:textId="77777777" w:rsidR="0018560E" w:rsidRDefault="00000000" w:rsidP="0018560E">
      <w:pPr>
        <w:pStyle w:val="ListParagraph"/>
        <w:numPr>
          <w:ilvl w:val="0"/>
          <w:numId w:val="10"/>
        </w:numPr>
      </w:pPr>
      <w:r>
        <w:t>white shirt/blouse, school tie, school logo cardigan or jumper</w:t>
      </w:r>
    </w:p>
    <w:p w14:paraId="5D4A2209" w14:textId="77777777" w:rsidR="0018560E" w:rsidRDefault="00000000" w:rsidP="0018560E">
      <w:pPr>
        <w:pStyle w:val="ListParagraph"/>
        <w:numPr>
          <w:ilvl w:val="0"/>
          <w:numId w:val="10"/>
        </w:numPr>
      </w:pPr>
      <w:r>
        <w:t>grey tights or black/grey socks</w:t>
      </w:r>
    </w:p>
    <w:p w14:paraId="666D1690" w14:textId="19F18C38" w:rsidR="0018560E" w:rsidRDefault="00000000" w:rsidP="0018560E">
      <w:pPr>
        <w:pStyle w:val="ListParagraph"/>
        <w:numPr>
          <w:ilvl w:val="0"/>
          <w:numId w:val="10"/>
        </w:numPr>
      </w:pPr>
      <w:r>
        <w:t>black school shoes</w:t>
      </w:r>
    </w:p>
    <w:p w14:paraId="3D6A4C9F" w14:textId="77777777" w:rsidR="0018560E" w:rsidRDefault="00000000">
      <w:r>
        <w:t xml:space="preserve">Boys: </w:t>
      </w:r>
    </w:p>
    <w:p w14:paraId="4E3BE356" w14:textId="585D32A1" w:rsidR="0018560E" w:rsidRDefault="00000000" w:rsidP="0018560E">
      <w:pPr>
        <w:pStyle w:val="ListParagraph"/>
        <w:numPr>
          <w:ilvl w:val="0"/>
          <w:numId w:val="11"/>
        </w:numPr>
      </w:pPr>
      <w:r>
        <w:t>Grey trousers</w:t>
      </w:r>
      <w:r w:rsidR="0018560E">
        <w:t>/shorts</w:t>
      </w:r>
    </w:p>
    <w:p w14:paraId="510F2A76" w14:textId="77777777" w:rsidR="0018560E" w:rsidRDefault="00000000" w:rsidP="0018560E">
      <w:pPr>
        <w:pStyle w:val="ListParagraph"/>
        <w:numPr>
          <w:ilvl w:val="0"/>
          <w:numId w:val="11"/>
        </w:numPr>
      </w:pPr>
      <w:r>
        <w:t>white shirt, school tie</w:t>
      </w:r>
    </w:p>
    <w:p w14:paraId="40AA6622" w14:textId="77777777" w:rsidR="0018560E" w:rsidRDefault="00000000" w:rsidP="0018560E">
      <w:pPr>
        <w:pStyle w:val="ListParagraph"/>
        <w:numPr>
          <w:ilvl w:val="0"/>
          <w:numId w:val="11"/>
        </w:numPr>
      </w:pPr>
      <w:r>
        <w:t>school logo sweatshirt</w:t>
      </w:r>
    </w:p>
    <w:p w14:paraId="5FCBDF28" w14:textId="59377C5A" w:rsidR="00262B77" w:rsidRDefault="00000000" w:rsidP="0018560E">
      <w:pPr>
        <w:pStyle w:val="ListParagraph"/>
        <w:numPr>
          <w:ilvl w:val="0"/>
          <w:numId w:val="11"/>
        </w:numPr>
      </w:pPr>
      <w:r>
        <w:t>black or grey socks, black school shoes.</w:t>
      </w:r>
    </w:p>
    <w:p w14:paraId="17001DEB" w14:textId="77777777" w:rsidR="0018560E" w:rsidRDefault="0018560E">
      <w:pPr>
        <w:rPr>
          <w:b/>
          <w:color w:val="17365D"/>
        </w:rPr>
      </w:pPr>
    </w:p>
    <w:p w14:paraId="2B3CDF7E" w14:textId="28F3408D" w:rsidR="00262B77" w:rsidRDefault="00000000">
      <w:r>
        <w:rPr>
          <w:b/>
          <w:color w:val="17365D"/>
        </w:rPr>
        <w:t>4. Summer Uniform</w:t>
      </w:r>
    </w:p>
    <w:p w14:paraId="5956B612" w14:textId="40228BCA" w:rsidR="00262B77" w:rsidRDefault="00000000">
      <w:r>
        <w:t>Blue and white gingham dress</w:t>
      </w:r>
      <w:r w:rsidR="0018560E">
        <w:t>/playsuit</w:t>
      </w:r>
      <w:r>
        <w:t xml:space="preserve"> with white socks, or winter uniform may continue to be worn.</w:t>
      </w:r>
    </w:p>
    <w:p w14:paraId="17631B17" w14:textId="77777777" w:rsidR="00DA18DD" w:rsidRDefault="00DA18DD" w:rsidP="0018560E">
      <w:pPr>
        <w:rPr>
          <w:b/>
          <w:color w:val="17365D"/>
        </w:rPr>
      </w:pPr>
    </w:p>
    <w:p w14:paraId="4BEAFAA3" w14:textId="76438570" w:rsidR="0018560E" w:rsidRPr="0018560E" w:rsidRDefault="00000000" w:rsidP="0018560E">
      <w:r>
        <w:rPr>
          <w:b/>
          <w:color w:val="17365D"/>
        </w:rPr>
        <w:lastRenderedPageBreak/>
        <w:t>5. PE Kit</w:t>
      </w:r>
    </w:p>
    <w:p w14:paraId="109E1F80" w14:textId="77777777" w:rsidR="0018560E" w:rsidRPr="0018560E" w:rsidRDefault="0018560E" w:rsidP="0018560E">
      <w:pPr>
        <w:rPr>
          <w:lang w:val="en-GB"/>
        </w:rPr>
      </w:pPr>
      <w:r w:rsidRPr="0018560E">
        <w:rPr>
          <w:lang w:val="en-GB"/>
        </w:rPr>
        <w:t>PE kit should be kept in school and will be sent home at each half term for washing. Children will change into their PE kit during the school day on PE days.</w:t>
      </w:r>
    </w:p>
    <w:p w14:paraId="1D2B34A3" w14:textId="77777777" w:rsidR="0018560E" w:rsidRPr="0018560E" w:rsidRDefault="0018560E" w:rsidP="0018560E">
      <w:pPr>
        <w:rPr>
          <w:lang w:val="en-GB"/>
        </w:rPr>
      </w:pPr>
      <w:r w:rsidRPr="0018560E">
        <w:rPr>
          <w:lang w:val="en-GB"/>
        </w:rPr>
        <w:t>The St Mary's PE kit consists of:</w:t>
      </w:r>
    </w:p>
    <w:p w14:paraId="1D8F2177" w14:textId="77777777" w:rsidR="0018560E" w:rsidRPr="0018560E" w:rsidRDefault="0018560E" w:rsidP="0018560E">
      <w:pPr>
        <w:numPr>
          <w:ilvl w:val="0"/>
          <w:numId w:val="12"/>
        </w:numPr>
        <w:rPr>
          <w:lang w:val="en-GB"/>
        </w:rPr>
      </w:pPr>
      <w:r w:rsidRPr="0018560E">
        <w:rPr>
          <w:lang w:val="en-GB"/>
        </w:rPr>
        <w:t>White PE T-shirt with the school logo</w:t>
      </w:r>
    </w:p>
    <w:p w14:paraId="17039A50" w14:textId="77777777" w:rsidR="0018560E" w:rsidRPr="0018560E" w:rsidRDefault="0018560E" w:rsidP="0018560E">
      <w:pPr>
        <w:numPr>
          <w:ilvl w:val="0"/>
          <w:numId w:val="12"/>
        </w:numPr>
        <w:rPr>
          <w:lang w:val="en-GB"/>
        </w:rPr>
      </w:pPr>
      <w:r w:rsidRPr="0018560E">
        <w:rPr>
          <w:lang w:val="en-GB"/>
        </w:rPr>
        <w:t>Blue shorts</w:t>
      </w:r>
    </w:p>
    <w:p w14:paraId="0043BEDE" w14:textId="77777777" w:rsidR="0018560E" w:rsidRPr="0018560E" w:rsidRDefault="0018560E" w:rsidP="0018560E">
      <w:pPr>
        <w:numPr>
          <w:ilvl w:val="0"/>
          <w:numId w:val="12"/>
        </w:numPr>
        <w:rPr>
          <w:lang w:val="en-GB"/>
        </w:rPr>
      </w:pPr>
      <w:r w:rsidRPr="0018560E">
        <w:rPr>
          <w:lang w:val="en-GB"/>
        </w:rPr>
        <w:t>Blue leggings or blue tracksuit bottoms</w:t>
      </w:r>
    </w:p>
    <w:p w14:paraId="41FDE8EB" w14:textId="77777777" w:rsidR="0018560E" w:rsidRPr="0018560E" w:rsidRDefault="0018560E" w:rsidP="0018560E">
      <w:pPr>
        <w:numPr>
          <w:ilvl w:val="0"/>
          <w:numId w:val="12"/>
        </w:numPr>
        <w:rPr>
          <w:lang w:val="en-GB"/>
        </w:rPr>
      </w:pPr>
      <w:r w:rsidRPr="0018560E">
        <w:rPr>
          <w:lang w:val="en-GB"/>
        </w:rPr>
        <w:t>Pumps for indoor PE</w:t>
      </w:r>
    </w:p>
    <w:p w14:paraId="44DD67E6" w14:textId="77777777" w:rsidR="0018560E" w:rsidRPr="0018560E" w:rsidRDefault="0018560E" w:rsidP="0018560E">
      <w:pPr>
        <w:numPr>
          <w:ilvl w:val="0"/>
          <w:numId w:val="12"/>
        </w:numPr>
        <w:rPr>
          <w:lang w:val="en-GB"/>
        </w:rPr>
      </w:pPr>
      <w:r w:rsidRPr="0018560E">
        <w:rPr>
          <w:lang w:val="en-GB"/>
        </w:rPr>
        <w:t>Trainers for outdoor PE and games activities</w:t>
      </w:r>
    </w:p>
    <w:p w14:paraId="7CE7B353" w14:textId="77777777" w:rsidR="0018560E" w:rsidRPr="0018560E" w:rsidRDefault="0018560E" w:rsidP="0018560E">
      <w:pPr>
        <w:rPr>
          <w:lang w:val="en-GB"/>
        </w:rPr>
      </w:pPr>
      <w:r w:rsidRPr="0018560E">
        <w:rPr>
          <w:lang w:val="en-GB"/>
        </w:rPr>
        <w:t>All items of PE clothing should be clearly labelled with the child's name.</w:t>
      </w:r>
    </w:p>
    <w:p w14:paraId="5FD77003" w14:textId="77777777" w:rsidR="0018560E" w:rsidRPr="0018560E" w:rsidRDefault="0018560E" w:rsidP="0018560E">
      <w:pPr>
        <w:rPr>
          <w:lang w:val="en-GB"/>
        </w:rPr>
      </w:pPr>
      <w:r w:rsidRPr="0018560E">
        <w:rPr>
          <w:lang w:val="en-GB"/>
        </w:rPr>
        <w:t>Parents and carers are not required to purchase any additional clothing for inter-school competitions or sporting events. St Mary's provides a school sports kit, available in a range of sizes from Reception to Year 6, for pupils representing the school at competitions and events. This helps to ensure that participation in school sport is inclusive and does not result in additional costs for families.</w:t>
      </w:r>
    </w:p>
    <w:p w14:paraId="78A87005" w14:textId="614E4A30" w:rsidR="0018560E" w:rsidRPr="0018560E" w:rsidRDefault="00DA18DD" w:rsidP="0018560E">
      <w:pPr>
        <w:rPr>
          <w:b/>
          <w:bCs/>
          <w:color w:val="002060"/>
          <w:lang w:val="en-GB"/>
        </w:rPr>
      </w:pPr>
      <w:r>
        <w:rPr>
          <w:b/>
          <w:bCs/>
          <w:color w:val="002060"/>
          <w:lang w:val="en-GB"/>
        </w:rPr>
        <w:t xml:space="preserve">6. </w:t>
      </w:r>
      <w:r w:rsidR="0018560E" w:rsidRPr="0018560E">
        <w:rPr>
          <w:b/>
          <w:bCs/>
          <w:color w:val="002060"/>
          <w:lang w:val="en-GB"/>
        </w:rPr>
        <w:t>Jewellery, Earrings and Watches</w:t>
      </w:r>
    </w:p>
    <w:p w14:paraId="70DE6AEC" w14:textId="77777777" w:rsidR="0018560E" w:rsidRPr="0018560E" w:rsidRDefault="0018560E" w:rsidP="0018560E">
      <w:pPr>
        <w:rPr>
          <w:color w:val="000000" w:themeColor="text1"/>
          <w:lang w:val="en-GB"/>
        </w:rPr>
      </w:pPr>
      <w:r w:rsidRPr="0018560E">
        <w:rPr>
          <w:color w:val="000000" w:themeColor="text1"/>
          <w:lang w:val="en-GB"/>
        </w:rPr>
        <w:t>Children may wear a simple wristwatch; however, smart watches, including Apple Watches and any watch with communication, internet, camera or recording functions, are not permitted.</w:t>
      </w:r>
    </w:p>
    <w:p w14:paraId="1FB8CA5C" w14:textId="77777777" w:rsidR="0018560E" w:rsidRPr="0018560E" w:rsidRDefault="0018560E" w:rsidP="0018560E">
      <w:pPr>
        <w:rPr>
          <w:color w:val="000000" w:themeColor="text1"/>
          <w:lang w:val="en-GB"/>
        </w:rPr>
      </w:pPr>
      <w:r w:rsidRPr="0018560E">
        <w:rPr>
          <w:color w:val="000000" w:themeColor="text1"/>
          <w:lang w:val="en-GB"/>
        </w:rPr>
        <w:t>Small stud earrings may be worn. For health and safety reasons, all earrings must be removed for PE lessons, swimming lessons and extra-curricular sporting activities. Parents should ensure that children are able to remove and replace their own earrings independently. Staff are not permitted to remove earrings for children.</w:t>
      </w:r>
    </w:p>
    <w:p w14:paraId="0F37F12F" w14:textId="77777777" w:rsidR="0018560E" w:rsidRPr="0018560E" w:rsidRDefault="0018560E" w:rsidP="0018560E">
      <w:pPr>
        <w:rPr>
          <w:color w:val="000000" w:themeColor="text1"/>
          <w:lang w:val="en-GB"/>
        </w:rPr>
      </w:pPr>
      <w:r w:rsidRPr="0018560E">
        <w:rPr>
          <w:color w:val="000000" w:themeColor="text1"/>
          <w:lang w:val="en-GB"/>
        </w:rPr>
        <w:t>Parents and carers considering having their child's ears pierced are strongly encouraged to do so at the start of the summer holidays to allow sufficient time for healing before earrings need to be removed for PE.</w:t>
      </w:r>
    </w:p>
    <w:p w14:paraId="702C4FAB" w14:textId="77777777" w:rsidR="0018560E" w:rsidRPr="0018560E" w:rsidRDefault="0018560E" w:rsidP="0018560E">
      <w:pPr>
        <w:rPr>
          <w:color w:val="000000" w:themeColor="text1"/>
          <w:lang w:val="en-GB"/>
        </w:rPr>
      </w:pPr>
      <w:r w:rsidRPr="0018560E">
        <w:rPr>
          <w:color w:val="000000" w:themeColor="text1"/>
          <w:lang w:val="en-GB"/>
        </w:rPr>
        <w:t xml:space="preserve">The school follows the guidance contained within </w:t>
      </w:r>
      <w:r w:rsidRPr="0018560E">
        <w:rPr>
          <w:i/>
          <w:iCs/>
          <w:color w:val="000000" w:themeColor="text1"/>
          <w:lang w:val="en-GB"/>
        </w:rPr>
        <w:t>Safe Practice in Physical Education, School Sport and Physical Activity</w:t>
      </w:r>
      <w:r w:rsidRPr="0018560E">
        <w:rPr>
          <w:color w:val="000000" w:themeColor="text1"/>
          <w:lang w:val="en-GB"/>
        </w:rPr>
        <w:t>, which strongly recommends that all personal effects are removed at the start of physical activity to establish a safe working environment. This includes all earrings and body piercings, including retainers and expanders.</w:t>
      </w:r>
    </w:p>
    <w:p w14:paraId="6EF94AC7" w14:textId="77777777" w:rsidR="0018560E" w:rsidRPr="0018560E" w:rsidRDefault="0018560E" w:rsidP="0018560E">
      <w:pPr>
        <w:rPr>
          <w:color w:val="000000" w:themeColor="text1"/>
          <w:lang w:val="en-GB"/>
        </w:rPr>
      </w:pPr>
      <w:r w:rsidRPr="0018560E">
        <w:rPr>
          <w:color w:val="000000" w:themeColor="text1"/>
          <w:lang w:val="en-GB"/>
        </w:rPr>
        <w:t>Other jewellery should not be worn in school. This helps to ensure the safety of all pupils and reduces the risk of injury during learning, playtimes and sporting activities.</w:t>
      </w:r>
    </w:p>
    <w:p w14:paraId="30635E63" w14:textId="77777777" w:rsidR="0018560E" w:rsidRPr="0018560E" w:rsidRDefault="0018560E" w:rsidP="0018560E">
      <w:pPr>
        <w:rPr>
          <w:b/>
          <w:bCs/>
          <w:color w:val="17365D"/>
          <w:lang w:val="en-GB"/>
        </w:rPr>
      </w:pPr>
      <w:r w:rsidRPr="0018560E">
        <w:rPr>
          <w:b/>
          <w:bCs/>
          <w:color w:val="17365D"/>
          <w:lang w:val="en-GB"/>
        </w:rPr>
        <w:t>7. Forest School</w:t>
      </w:r>
    </w:p>
    <w:p w14:paraId="6F28C012" w14:textId="77777777" w:rsidR="0018560E" w:rsidRPr="0018560E" w:rsidRDefault="0018560E" w:rsidP="0018560E">
      <w:pPr>
        <w:rPr>
          <w:bCs/>
          <w:lang w:val="en-GB"/>
        </w:rPr>
      </w:pPr>
      <w:r w:rsidRPr="0018560E">
        <w:rPr>
          <w:bCs/>
          <w:lang w:val="en-GB"/>
        </w:rPr>
        <w:t>Forest School is an important part of learning at St Mary's, providing children with opportunities to explore, investigate and learn outdoors throughout the year. As sessions take place in a natural woodland environment, children should come prepared for a range of weather and ground conditions.</w:t>
      </w:r>
    </w:p>
    <w:p w14:paraId="095D7704" w14:textId="77777777" w:rsidR="0018560E" w:rsidRPr="0018560E" w:rsidRDefault="0018560E" w:rsidP="0018560E">
      <w:pPr>
        <w:rPr>
          <w:bCs/>
          <w:lang w:val="en-GB"/>
        </w:rPr>
      </w:pPr>
      <w:r w:rsidRPr="0018560E">
        <w:rPr>
          <w:bCs/>
          <w:lang w:val="en-GB"/>
        </w:rPr>
        <w:t>Parents and carers are asked to provide suitable outdoor clothing, including:</w:t>
      </w:r>
    </w:p>
    <w:p w14:paraId="61AB8D52" w14:textId="77777777" w:rsidR="0018560E" w:rsidRPr="0018560E" w:rsidRDefault="0018560E" w:rsidP="0018560E">
      <w:pPr>
        <w:numPr>
          <w:ilvl w:val="0"/>
          <w:numId w:val="13"/>
        </w:numPr>
        <w:rPr>
          <w:bCs/>
          <w:lang w:val="en-GB"/>
        </w:rPr>
      </w:pPr>
      <w:r w:rsidRPr="0018560E">
        <w:rPr>
          <w:bCs/>
          <w:lang w:val="en-GB"/>
        </w:rPr>
        <w:t>Wellington boots or sturdy walking boots (walking boots are often the most practical option as the site can become very muddy, particularly during wetter months).</w:t>
      </w:r>
    </w:p>
    <w:p w14:paraId="0D597DD3" w14:textId="77777777" w:rsidR="0018560E" w:rsidRPr="0018560E" w:rsidRDefault="0018560E" w:rsidP="0018560E">
      <w:pPr>
        <w:numPr>
          <w:ilvl w:val="0"/>
          <w:numId w:val="13"/>
        </w:numPr>
        <w:rPr>
          <w:bCs/>
          <w:lang w:val="en-GB"/>
        </w:rPr>
      </w:pPr>
      <w:r w:rsidRPr="0018560E">
        <w:rPr>
          <w:bCs/>
          <w:lang w:val="en-GB"/>
        </w:rPr>
        <w:lastRenderedPageBreak/>
        <w:t>Waterproof coat and trousers, or an all-in-one puddle suit. For younger children, all-in-one waterproof suits are particularly effective at keeping them warm, dry and comfortable.</w:t>
      </w:r>
    </w:p>
    <w:p w14:paraId="3D3CC4DF" w14:textId="77777777" w:rsidR="0018560E" w:rsidRPr="0018560E" w:rsidRDefault="0018560E" w:rsidP="0018560E">
      <w:pPr>
        <w:numPr>
          <w:ilvl w:val="0"/>
          <w:numId w:val="13"/>
        </w:numPr>
        <w:rPr>
          <w:bCs/>
          <w:lang w:val="en-GB"/>
        </w:rPr>
      </w:pPr>
      <w:r w:rsidRPr="0018560E">
        <w:rPr>
          <w:bCs/>
          <w:lang w:val="en-GB"/>
        </w:rPr>
        <w:t>Warm layers that can be added or removed depending on the weather.</w:t>
      </w:r>
    </w:p>
    <w:p w14:paraId="5F5961D9" w14:textId="77777777" w:rsidR="0018560E" w:rsidRPr="0018560E" w:rsidRDefault="0018560E" w:rsidP="0018560E">
      <w:pPr>
        <w:numPr>
          <w:ilvl w:val="0"/>
          <w:numId w:val="13"/>
        </w:numPr>
        <w:rPr>
          <w:bCs/>
          <w:lang w:val="en-GB"/>
        </w:rPr>
      </w:pPr>
      <w:r w:rsidRPr="0018560E">
        <w:rPr>
          <w:bCs/>
          <w:lang w:val="en-GB"/>
        </w:rPr>
        <w:t>Clothing that is waterproof, practical and suitable for outdoor activities.</w:t>
      </w:r>
    </w:p>
    <w:p w14:paraId="030B9C93" w14:textId="77777777" w:rsidR="0018560E" w:rsidRPr="0018560E" w:rsidRDefault="0018560E" w:rsidP="0018560E">
      <w:pPr>
        <w:numPr>
          <w:ilvl w:val="0"/>
          <w:numId w:val="13"/>
        </w:numPr>
        <w:rPr>
          <w:bCs/>
          <w:lang w:val="en-GB"/>
        </w:rPr>
      </w:pPr>
      <w:r w:rsidRPr="0018560E">
        <w:rPr>
          <w:bCs/>
          <w:lang w:val="en-GB"/>
        </w:rPr>
        <w:t>Clothing that parents do not mind becoming muddy or dirty.</w:t>
      </w:r>
    </w:p>
    <w:p w14:paraId="6F82659A" w14:textId="77777777" w:rsidR="0018560E" w:rsidRPr="0018560E" w:rsidRDefault="0018560E" w:rsidP="0018560E">
      <w:pPr>
        <w:rPr>
          <w:bCs/>
          <w:lang w:val="en-GB"/>
        </w:rPr>
      </w:pPr>
      <w:r w:rsidRPr="0018560E">
        <w:rPr>
          <w:bCs/>
          <w:lang w:val="en-GB"/>
        </w:rPr>
        <w:t>All items should be clearly labelled with the child's name.</w:t>
      </w:r>
    </w:p>
    <w:p w14:paraId="7880B99C" w14:textId="77777777" w:rsidR="0018560E" w:rsidRPr="0018560E" w:rsidRDefault="0018560E" w:rsidP="0018560E">
      <w:pPr>
        <w:rPr>
          <w:bCs/>
          <w:lang w:val="en-GB"/>
        </w:rPr>
      </w:pPr>
      <w:r w:rsidRPr="0018560E">
        <w:rPr>
          <w:bCs/>
          <w:lang w:val="en-GB"/>
        </w:rPr>
        <w:t>The school will provide additional guidance where necessary, but families should expect children to be outdoors in most weather conditions unless it is unsafe to do so. Our Forest School ethos encourages children to enjoy and learn from the outdoors in all seasons whilst remaining safe, warm and appropriately dressed.</w:t>
      </w:r>
    </w:p>
    <w:p w14:paraId="0006196D" w14:textId="77777777" w:rsidR="00262B77" w:rsidRDefault="00000000">
      <w:r>
        <w:rPr>
          <w:b/>
          <w:color w:val="17365D"/>
        </w:rPr>
        <w:t>8. Swimming</w:t>
      </w:r>
    </w:p>
    <w:p w14:paraId="050A0B1F" w14:textId="77777777" w:rsidR="00262B77" w:rsidRDefault="00000000">
      <w:r>
        <w:t>Swimming is a compulsory part of the National Curriculum. Children should wear a swimming costume or swimming trunks (not Bermuda shorts), bring a towel and wear a swimming hat (any colour except red).</w:t>
      </w:r>
    </w:p>
    <w:p w14:paraId="6D59514B" w14:textId="77777777" w:rsidR="00262B77" w:rsidRDefault="00000000">
      <w:r>
        <w:rPr>
          <w:b/>
          <w:color w:val="17365D"/>
        </w:rPr>
        <w:t>9. Equality and Inclusion</w:t>
      </w:r>
    </w:p>
    <w:p w14:paraId="1690981D" w14:textId="77777777" w:rsidR="00262B77" w:rsidRDefault="00000000">
      <w:r>
        <w:t>Reasonable adjustments will be made where required for disability, SEND, medical, cultural or religious reasons.</w:t>
      </w:r>
    </w:p>
    <w:p w14:paraId="44284728" w14:textId="77777777" w:rsidR="00262B77" w:rsidRDefault="00000000">
      <w:r>
        <w:rPr>
          <w:b/>
          <w:color w:val="17365D"/>
        </w:rPr>
        <w:t>10. Monitoring and Review</w:t>
      </w:r>
    </w:p>
    <w:p w14:paraId="583EB354" w14:textId="77777777" w:rsidR="00262B77" w:rsidRDefault="00000000">
      <w:r>
        <w:t>This policy will be reviewed annually by the Governing Body or sooner if national guidance changes.</w:t>
      </w:r>
    </w:p>
    <w:sectPr w:rsidR="00262B77" w:rsidSect="0018560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B3F7D64"/>
    <w:multiLevelType w:val="multilevel"/>
    <w:tmpl w:val="9380F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633346"/>
    <w:multiLevelType w:val="multilevel"/>
    <w:tmpl w:val="7674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3778E7"/>
    <w:multiLevelType w:val="hybridMultilevel"/>
    <w:tmpl w:val="09B6D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FB4DD6"/>
    <w:multiLevelType w:val="hybridMultilevel"/>
    <w:tmpl w:val="89A6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206147">
    <w:abstractNumId w:val="8"/>
  </w:num>
  <w:num w:numId="2" w16cid:durableId="332801108">
    <w:abstractNumId w:val="6"/>
  </w:num>
  <w:num w:numId="3" w16cid:durableId="950747045">
    <w:abstractNumId w:val="5"/>
  </w:num>
  <w:num w:numId="4" w16cid:durableId="1172792619">
    <w:abstractNumId w:val="4"/>
  </w:num>
  <w:num w:numId="5" w16cid:durableId="885292061">
    <w:abstractNumId w:val="7"/>
  </w:num>
  <w:num w:numId="6" w16cid:durableId="1606572718">
    <w:abstractNumId w:val="3"/>
  </w:num>
  <w:num w:numId="7" w16cid:durableId="1766807680">
    <w:abstractNumId w:val="2"/>
  </w:num>
  <w:num w:numId="8" w16cid:durableId="1736659861">
    <w:abstractNumId w:val="1"/>
  </w:num>
  <w:num w:numId="9" w16cid:durableId="656767252">
    <w:abstractNumId w:val="0"/>
  </w:num>
  <w:num w:numId="10" w16cid:durableId="558446460">
    <w:abstractNumId w:val="11"/>
  </w:num>
  <w:num w:numId="11" w16cid:durableId="2003049399">
    <w:abstractNumId w:val="12"/>
  </w:num>
  <w:num w:numId="12" w16cid:durableId="1986355770">
    <w:abstractNumId w:val="10"/>
  </w:num>
  <w:num w:numId="13" w16cid:durableId="827735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8560E"/>
    <w:rsid w:val="00262B77"/>
    <w:rsid w:val="0027233C"/>
    <w:rsid w:val="0029639D"/>
    <w:rsid w:val="00326F90"/>
    <w:rsid w:val="00414CFB"/>
    <w:rsid w:val="00AA1D8D"/>
    <w:rsid w:val="00B47730"/>
    <w:rsid w:val="00CB0664"/>
    <w:rsid w:val="00DA18D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D45FCB"/>
  <w14:defaultImageDpi w14:val="300"/>
  <w15:docId w15:val="{E94BF6DF-CDF8-4BA0-BC12-C7486F92A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99811">
      <w:bodyDiv w:val="1"/>
      <w:marLeft w:val="0"/>
      <w:marRight w:val="0"/>
      <w:marTop w:val="0"/>
      <w:marBottom w:val="0"/>
      <w:divBdr>
        <w:top w:val="none" w:sz="0" w:space="0" w:color="auto"/>
        <w:left w:val="none" w:sz="0" w:space="0" w:color="auto"/>
        <w:bottom w:val="none" w:sz="0" w:space="0" w:color="auto"/>
        <w:right w:val="none" w:sz="0" w:space="0" w:color="auto"/>
      </w:divBdr>
      <w:divsChild>
        <w:div w:id="372383883">
          <w:marLeft w:val="0"/>
          <w:marRight w:val="0"/>
          <w:marTop w:val="0"/>
          <w:marBottom w:val="0"/>
          <w:divBdr>
            <w:top w:val="none" w:sz="0" w:space="0" w:color="auto"/>
            <w:left w:val="none" w:sz="0" w:space="0" w:color="auto"/>
            <w:bottom w:val="none" w:sz="0" w:space="0" w:color="auto"/>
            <w:right w:val="none" w:sz="0" w:space="0" w:color="auto"/>
          </w:divBdr>
        </w:div>
      </w:divsChild>
    </w:div>
    <w:div w:id="43725384">
      <w:bodyDiv w:val="1"/>
      <w:marLeft w:val="0"/>
      <w:marRight w:val="0"/>
      <w:marTop w:val="0"/>
      <w:marBottom w:val="0"/>
      <w:divBdr>
        <w:top w:val="none" w:sz="0" w:space="0" w:color="auto"/>
        <w:left w:val="none" w:sz="0" w:space="0" w:color="auto"/>
        <w:bottom w:val="none" w:sz="0" w:space="0" w:color="auto"/>
        <w:right w:val="none" w:sz="0" w:space="0" w:color="auto"/>
      </w:divBdr>
      <w:divsChild>
        <w:div w:id="1116560143">
          <w:marLeft w:val="0"/>
          <w:marRight w:val="0"/>
          <w:marTop w:val="0"/>
          <w:marBottom w:val="0"/>
          <w:divBdr>
            <w:top w:val="none" w:sz="0" w:space="0" w:color="auto"/>
            <w:left w:val="none" w:sz="0" w:space="0" w:color="auto"/>
            <w:bottom w:val="none" w:sz="0" w:space="0" w:color="auto"/>
            <w:right w:val="none" w:sz="0" w:space="0" w:color="auto"/>
          </w:divBdr>
        </w:div>
      </w:divsChild>
    </w:div>
    <w:div w:id="134493816">
      <w:bodyDiv w:val="1"/>
      <w:marLeft w:val="0"/>
      <w:marRight w:val="0"/>
      <w:marTop w:val="0"/>
      <w:marBottom w:val="0"/>
      <w:divBdr>
        <w:top w:val="none" w:sz="0" w:space="0" w:color="auto"/>
        <w:left w:val="none" w:sz="0" w:space="0" w:color="auto"/>
        <w:bottom w:val="none" w:sz="0" w:space="0" w:color="auto"/>
        <w:right w:val="none" w:sz="0" w:space="0" w:color="auto"/>
      </w:divBdr>
      <w:divsChild>
        <w:div w:id="1998798886">
          <w:marLeft w:val="0"/>
          <w:marRight w:val="0"/>
          <w:marTop w:val="0"/>
          <w:marBottom w:val="0"/>
          <w:divBdr>
            <w:top w:val="none" w:sz="0" w:space="0" w:color="auto"/>
            <w:left w:val="none" w:sz="0" w:space="0" w:color="auto"/>
            <w:bottom w:val="none" w:sz="0" w:space="0" w:color="auto"/>
            <w:right w:val="none" w:sz="0" w:space="0" w:color="auto"/>
          </w:divBdr>
        </w:div>
      </w:divsChild>
    </w:div>
    <w:div w:id="1171530081">
      <w:bodyDiv w:val="1"/>
      <w:marLeft w:val="0"/>
      <w:marRight w:val="0"/>
      <w:marTop w:val="0"/>
      <w:marBottom w:val="0"/>
      <w:divBdr>
        <w:top w:val="none" w:sz="0" w:space="0" w:color="auto"/>
        <w:left w:val="none" w:sz="0" w:space="0" w:color="auto"/>
        <w:bottom w:val="none" w:sz="0" w:space="0" w:color="auto"/>
        <w:right w:val="none" w:sz="0" w:space="0" w:color="auto"/>
      </w:divBdr>
      <w:divsChild>
        <w:div w:id="2118018314">
          <w:marLeft w:val="0"/>
          <w:marRight w:val="0"/>
          <w:marTop w:val="0"/>
          <w:marBottom w:val="0"/>
          <w:divBdr>
            <w:top w:val="none" w:sz="0" w:space="0" w:color="auto"/>
            <w:left w:val="none" w:sz="0" w:space="0" w:color="auto"/>
            <w:bottom w:val="none" w:sz="0" w:space="0" w:color="auto"/>
            <w:right w:val="none" w:sz="0" w:space="0" w:color="auto"/>
          </w:divBdr>
        </w:div>
      </w:divsChild>
    </w:div>
    <w:div w:id="1736854576">
      <w:bodyDiv w:val="1"/>
      <w:marLeft w:val="0"/>
      <w:marRight w:val="0"/>
      <w:marTop w:val="0"/>
      <w:marBottom w:val="0"/>
      <w:divBdr>
        <w:top w:val="none" w:sz="0" w:space="0" w:color="auto"/>
        <w:left w:val="none" w:sz="0" w:space="0" w:color="auto"/>
        <w:bottom w:val="none" w:sz="0" w:space="0" w:color="auto"/>
        <w:right w:val="none" w:sz="0" w:space="0" w:color="auto"/>
      </w:divBdr>
      <w:divsChild>
        <w:div w:id="1418290222">
          <w:marLeft w:val="0"/>
          <w:marRight w:val="0"/>
          <w:marTop w:val="0"/>
          <w:marBottom w:val="0"/>
          <w:divBdr>
            <w:top w:val="none" w:sz="0" w:space="0" w:color="auto"/>
            <w:left w:val="none" w:sz="0" w:space="0" w:color="auto"/>
            <w:bottom w:val="none" w:sz="0" w:space="0" w:color="auto"/>
            <w:right w:val="none" w:sz="0" w:space="0" w:color="auto"/>
          </w:divBdr>
        </w:div>
      </w:divsChild>
    </w:div>
    <w:div w:id="2013676602">
      <w:bodyDiv w:val="1"/>
      <w:marLeft w:val="0"/>
      <w:marRight w:val="0"/>
      <w:marTop w:val="0"/>
      <w:marBottom w:val="0"/>
      <w:divBdr>
        <w:top w:val="none" w:sz="0" w:space="0" w:color="auto"/>
        <w:left w:val="none" w:sz="0" w:space="0" w:color="auto"/>
        <w:bottom w:val="none" w:sz="0" w:space="0" w:color="auto"/>
        <w:right w:val="none" w:sz="0" w:space="0" w:color="auto"/>
      </w:divBdr>
      <w:divsChild>
        <w:div w:id="24604100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Pages>
  <Words>812</Words>
  <Characters>4630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6065, head</dc:creator>
  <cp:keywords/>
  <dc:description>generated by python-docx</dc:description>
  <cp:lastModifiedBy>6065, head</cp:lastModifiedBy>
  <cp:revision>3</cp:revision>
  <dcterms:created xsi:type="dcterms:W3CDTF">2026-09-21T08:39:00Z</dcterms:created>
  <dcterms:modified xsi:type="dcterms:W3CDTF">2026-09-21T10:36:00Z</dcterms:modified>
  <cp:category/>
</cp:coreProperties>
</file>